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604AF" w14:textId="77777777" w:rsidR="00C22698" w:rsidRPr="00277E3F" w:rsidRDefault="00000000">
      <w:pPr>
        <w:spacing w:before="200" w:after="80"/>
        <w:jc w:val="center"/>
        <w:rPr>
          <w:sz w:val="36"/>
          <w:szCs w:val="36"/>
          <w:lang w:eastAsia="zh-CN"/>
        </w:rPr>
      </w:pPr>
      <w:r w:rsidRPr="00277E3F">
        <w:rPr>
          <w:rFonts w:ascii="Noto Serif SC" w:eastAsia="Noto Serif SC" w:hAnsi="Noto Serif SC"/>
          <w:b/>
          <w:color w:val="123D32"/>
          <w:sz w:val="36"/>
          <w:szCs w:val="36"/>
          <w:lang w:eastAsia="zh-CN"/>
        </w:rPr>
        <w:t>明途顾问报名表</w:t>
      </w:r>
    </w:p>
    <w:p w14:paraId="74896C90" w14:textId="77777777" w:rsidR="00C22698" w:rsidRDefault="00000000" w:rsidP="00277E3F">
      <w:pPr>
        <w:keepNext/>
        <w:shd w:val="clear" w:color="auto" w:fill="123D32"/>
        <w:spacing w:before="260" w:after="180" w:line="240" w:lineRule="auto"/>
      </w:pPr>
      <w:r>
        <w:rPr>
          <w:rFonts w:ascii="Noto Serif SC" w:eastAsia="Noto Serif SC" w:hAnsi="Noto Serif SC"/>
          <w:b/>
          <w:color w:val="FFFFFF"/>
          <w:sz w:val="25"/>
          <w:lang w:eastAsia="zh-CN"/>
        </w:rPr>
        <w:t xml:space="preserve">  </w:t>
      </w:r>
      <w:r>
        <w:rPr>
          <w:rFonts w:ascii="Noto Serif SC" w:eastAsia="Noto Serif SC" w:hAnsi="Noto Serif SC"/>
          <w:b/>
          <w:color w:val="FFFFFF"/>
          <w:sz w:val="25"/>
        </w:rPr>
        <w:t xml:space="preserve">01   </w:t>
      </w:r>
      <w:proofErr w:type="spellStart"/>
      <w:r>
        <w:rPr>
          <w:rFonts w:ascii="Noto Serif SC" w:eastAsia="Noto Serif SC" w:hAnsi="Noto Serif SC"/>
          <w:b/>
          <w:color w:val="FFFFFF"/>
          <w:sz w:val="25"/>
        </w:rPr>
        <w:t>家长联系信息</w:t>
      </w:r>
      <w:proofErr w:type="spellEnd"/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C22698" w14:paraId="31BB47B5" w14:textId="77777777">
        <w:trPr>
          <w:cantSplit/>
        </w:trPr>
        <w:tc>
          <w:tcPr>
            <w:tcW w:w="4680" w:type="dxa"/>
            <w:tcMar>
              <w:top w:w="90" w:type="dxa"/>
              <w:left w:w="140" w:type="dxa"/>
              <w:bottom w:w="110" w:type="dxa"/>
              <w:right w:w="140" w:type="dxa"/>
            </w:tcMar>
          </w:tcPr>
          <w:p w14:paraId="5716BC82" w14:textId="77777777" w:rsidR="00C22698" w:rsidRDefault="00000000" w:rsidP="00277E3F">
            <w:pPr>
              <w:spacing w:after="0" w:line="240" w:lineRule="auto"/>
            </w:pPr>
            <w:r>
              <w:rPr>
                <w:b/>
                <w:color w:val="123D32"/>
                <w:sz w:val="19"/>
              </w:rPr>
              <w:t>家长姓名</w:t>
            </w:r>
            <w:r>
              <w:rPr>
                <w:b/>
                <w:color w:val="AA8240"/>
                <w:sz w:val="19"/>
              </w:rPr>
              <w:t xml:space="preserve">  *</w:t>
            </w:r>
            <w:r>
              <w:rPr>
                <w:color w:val="D8D5CA"/>
                <w:sz w:val="19"/>
                <w:u w:val="single"/>
              </w:rPr>
              <w:t xml:space="preserve">                        </w:t>
            </w:r>
          </w:p>
        </w:tc>
        <w:tc>
          <w:tcPr>
            <w:tcW w:w="4680" w:type="dxa"/>
            <w:tcMar>
              <w:top w:w="90" w:type="dxa"/>
              <w:left w:w="140" w:type="dxa"/>
              <w:bottom w:w="110" w:type="dxa"/>
              <w:right w:w="140" w:type="dxa"/>
            </w:tcMar>
          </w:tcPr>
          <w:p w14:paraId="1E4AAC28" w14:textId="77777777" w:rsidR="00C22698" w:rsidRDefault="00000000" w:rsidP="00277E3F">
            <w:pPr>
              <w:spacing w:after="0" w:line="240" w:lineRule="auto"/>
            </w:pPr>
            <w:r>
              <w:rPr>
                <w:b/>
                <w:color w:val="123D32"/>
                <w:sz w:val="19"/>
              </w:rPr>
              <w:t>家长手机号码</w:t>
            </w:r>
            <w:r>
              <w:rPr>
                <w:color w:val="D8D5CA"/>
                <w:sz w:val="19"/>
                <w:u w:val="single"/>
              </w:rPr>
              <w:t xml:space="preserve">                        </w:t>
            </w:r>
          </w:p>
        </w:tc>
      </w:tr>
      <w:tr w:rsidR="00C22698" w14:paraId="79AC272F" w14:textId="77777777">
        <w:trPr>
          <w:cantSplit/>
        </w:trPr>
        <w:tc>
          <w:tcPr>
            <w:tcW w:w="4680" w:type="dxa"/>
            <w:tcMar>
              <w:top w:w="90" w:type="dxa"/>
              <w:left w:w="140" w:type="dxa"/>
              <w:bottom w:w="110" w:type="dxa"/>
              <w:right w:w="140" w:type="dxa"/>
            </w:tcMar>
          </w:tcPr>
          <w:p w14:paraId="78BAC809" w14:textId="77777777" w:rsidR="00C22698" w:rsidRDefault="00000000" w:rsidP="00277E3F">
            <w:pPr>
              <w:spacing w:after="0" w:line="240" w:lineRule="auto"/>
            </w:pPr>
            <w:r>
              <w:rPr>
                <w:b/>
                <w:color w:val="123D32"/>
                <w:sz w:val="19"/>
              </w:rPr>
              <w:t>电子邮箱</w:t>
            </w:r>
            <w:r>
              <w:rPr>
                <w:color w:val="D8D5CA"/>
                <w:sz w:val="19"/>
                <w:u w:val="single"/>
              </w:rPr>
              <w:t xml:space="preserve">                        </w:t>
            </w:r>
          </w:p>
        </w:tc>
        <w:tc>
          <w:tcPr>
            <w:tcW w:w="4680" w:type="dxa"/>
            <w:tcMar>
              <w:top w:w="90" w:type="dxa"/>
              <w:left w:w="140" w:type="dxa"/>
              <w:bottom w:w="110" w:type="dxa"/>
              <w:right w:w="140" w:type="dxa"/>
            </w:tcMar>
          </w:tcPr>
          <w:p w14:paraId="309906F1" w14:textId="77777777" w:rsidR="00C22698" w:rsidRDefault="00000000" w:rsidP="00277E3F">
            <w:pPr>
              <w:spacing w:after="0" w:line="240" w:lineRule="auto"/>
            </w:pPr>
            <w:r>
              <w:rPr>
                <w:b/>
                <w:color w:val="123D32"/>
                <w:sz w:val="19"/>
              </w:rPr>
              <w:t>微信号</w:t>
            </w:r>
            <w:r>
              <w:rPr>
                <w:color w:val="68766F"/>
                <w:sz w:val="16"/>
              </w:rPr>
              <w:t xml:space="preserve">  （推荐）</w:t>
            </w:r>
            <w:r>
              <w:rPr>
                <w:color w:val="D8D5CA"/>
                <w:sz w:val="19"/>
                <w:u w:val="single"/>
              </w:rPr>
              <w:t xml:space="preserve">                        </w:t>
            </w:r>
          </w:p>
        </w:tc>
      </w:tr>
    </w:tbl>
    <w:p w14:paraId="5C683BE5" w14:textId="77777777" w:rsidR="00C22698" w:rsidRDefault="00000000" w:rsidP="00277E3F">
      <w:pPr>
        <w:keepNext/>
        <w:shd w:val="clear" w:color="auto" w:fill="123D32"/>
        <w:spacing w:before="260" w:after="180" w:line="240" w:lineRule="auto"/>
      </w:pPr>
      <w:r>
        <w:rPr>
          <w:rFonts w:ascii="Noto Serif SC" w:eastAsia="Noto Serif SC" w:hAnsi="Noto Serif SC"/>
          <w:b/>
          <w:color w:val="FFFFFF"/>
          <w:sz w:val="25"/>
        </w:rPr>
        <w:t xml:space="preserve">  02   学生基本信息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75"/>
        <w:gridCol w:w="4675"/>
        <w:gridCol w:w="10"/>
      </w:tblGrid>
      <w:tr w:rsidR="00C22698" w14:paraId="730B15F9" w14:textId="77777777">
        <w:trPr>
          <w:cantSplit/>
        </w:trPr>
        <w:tc>
          <w:tcPr>
            <w:tcW w:w="4680" w:type="dxa"/>
            <w:tcMar>
              <w:top w:w="90" w:type="dxa"/>
              <w:left w:w="140" w:type="dxa"/>
              <w:bottom w:w="110" w:type="dxa"/>
              <w:right w:w="140" w:type="dxa"/>
            </w:tcMar>
          </w:tcPr>
          <w:p w14:paraId="25CEA9EB" w14:textId="152AF783" w:rsidR="00C22698" w:rsidRDefault="00000000" w:rsidP="00277E3F">
            <w:pPr>
              <w:spacing w:after="0" w:line="240" w:lineRule="auto"/>
            </w:pPr>
            <w:proofErr w:type="gramStart"/>
            <w:r>
              <w:rPr>
                <w:b/>
                <w:color w:val="123D32"/>
                <w:sz w:val="19"/>
              </w:rPr>
              <w:t>学生姓名</w:t>
            </w:r>
            <w:r>
              <w:rPr>
                <w:b/>
                <w:color w:val="AA8240"/>
                <w:sz w:val="19"/>
              </w:rPr>
              <w:t xml:space="preserve">  *</w:t>
            </w:r>
            <w:proofErr w:type="gramEnd"/>
            <w:r>
              <w:rPr>
                <w:color w:val="D8D5CA"/>
                <w:sz w:val="19"/>
                <w:u w:val="single"/>
              </w:rPr>
              <w:t xml:space="preserve">                       </w:t>
            </w:r>
          </w:p>
        </w:tc>
        <w:tc>
          <w:tcPr>
            <w:tcW w:w="4680" w:type="dxa"/>
            <w:gridSpan w:val="2"/>
            <w:tcMar>
              <w:top w:w="90" w:type="dxa"/>
              <w:left w:w="140" w:type="dxa"/>
              <w:bottom w:w="110" w:type="dxa"/>
              <w:right w:w="140" w:type="dxa"/>
            </w:tcMar>
          </w:tcPr>
          <w:p w14:paraId="04595B2A" w14:textId="77777777" w:rsidR="00C22698" w:rsidRDefault="00000000" w:rsidP="00277E3F">
            <w:pPr>
              <w:spacing w:after="0" w:line="240" w:lineRule="auto"/>
            </w:pPr>
            <w:proofErr w:type="gramStart"/>
            <w:r>
              <w:rPr>
                <w:b/>
                <w:color w:val="123D32"/>
                <w:sz w:val="19"/>
              </w:rPr>
              <w:t>学生所在学校</w:t>
            </w:r>
            <w:r>
              <w:rPr>
                <w:b/>
                <w:color w:val="AA8240"/>
                <w:sz w:val="19"/>
              </w:rPr>
              <w:t xml:space="preserve">  *</w:t>
            </w:r>
            <w:proofErr w:type="gramEnd"/>
            <w:r>
              <w:rPr>
                <w:color w:val="D8D5CA"/>
                <w:sz w:val="19"/>
                <w:u w:val="single"/>
              </w:rPr>
              <w:t xml:space="preserve">                        </w:t>
            </w:r>
          </w:p>
        </w:tc>
      </w:tr>
      <w:tr w:rsidR="00C22698" w14:paraId="44DDD694" w14:textId="77777777">
        <w:trPr>
          <w:cantSplit/>
        </w:trPr>
        <w:tc>
          <w:tcPr>
            <w:tcW w:w="4680" w:type="dxa"/>
            <w:tcMar>
              <w:top w:w="90" w:type="dxa"/>
              <w:left w:w="140" w:type="dxa"/>
              <w:bottom w:w="110" w:type="dxa"/>
              <w:right w:w="140" w:type="dxa"/>
            </w:tcMar>
          </w:tcPr>
          <w:p w14:paraId="0B56E8BF" w14:textId="77777777" w:rsidR="00C22698" w:rsidRDefault="00000000" w:rsidP="00277E3F">
            <w:pPr>
              <w:spacing w:after="0" w:line="240" w:lineRule="auto"/>
            </w:pPr>
            <w:r>
              <w:rPr>
                <w:b/>
                <w:color w:val="123D32"/>
                <w:sz w:val="19"/>
              </w:rPr>
              <w:t>所在城市／国家</w:t>
            </w:r>
            <w:r>
              <w:rPr>
                <w:b/>
                <w:color w:val="AA8240"/>
                <w:sz w:val="19"/>
              </w:rPr>
              <w:t xml:space="preserve">  *</w:t>
            </w:r>
            <w:r>
              <w:rPr>
                <w:color w:val="D8D5CA"/>
                <w:sz w:val="19"/>
                <w:u w:val="single"/>
              </w:rPr>
              <w:t xml:space="preserve">                        </w:t>
            </w:r>
          </w:p>
        </w:tc>
        <w:tc>
          <w:tcPr>
            <w:tcW w:w="4680" w:type="dxa"/>
            <w:gridSpan w:val="2"/>
            <w:tcMar>
              <w:top w:w="90" w:type="dxa"/>
              <w:left w:w="140" w:type="dxa"/>
              <w:bottom w:w="110" w:type="dxa"/>
              <w:right w:w="140" w:type="dxa"/>
            </w:tcMar>
          </w:tcPr>
          <w:p w14:paraId="202BA175" w14:textId="77777777" w:rsidR="00C22698" w:rsidRDefault="00000000" w:rsidP="00277E3F">
            <w:pPr>
              <w:spacing w:after="0" w:line="240" w:lineRule="auto"/>
            </w:pPr>
            <w:r>
              <w:rPr>
                <w:b/>
                <w:color w:val="123D32"/>
                <w:sz w:val="19"/>
              </w:rPr>
              <w:t>其他年级（如适用）</w:t>
            </w:r>
            <w:r>
              <w:rPr>
                <w:color w:val="D8D5CA"/>
                <w:sz w:val="19"/>
                <w:u w:val="single"/>
              </w:rPr>
              <w:t xml:space="preserve">                        </w:t>
            </w:r>
          </w:p>
        </w:tc>
      </w:tr>
      <w:tr w:rsidR="00C22698" w14:paraId="2A667BC3" w14:textId="77777777">
        <w:trPr>
          <w:gridAfter w:val="1"/>
          <w:wAfter w:w="10" w:type="dxa"/>
          <w:cantSplit/>
        </w:trPr>
        <w:tc>
          <w:tcPr>
            <w:tcW w:w="9360" w:type="dxa"/>
            <w:gridSpan w:val="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D7DB3C6" w14:textId="77777777" w:rsidR="00C22698" w:rsidRDefault="00000000" w:rsidP="00277E3F">
            <w:pPr>
              <w:spacing w:after="0" w:line="240" w:lineRule="auto"/>
            </w:pPr>
            <w:r>
              <w:rPr>
                <w:b/>
                <w:color w:val="123D32"/>
                <w:sz w:val="19"/>
              </w:rPr>
              <w:t>学生目前年级</w:t>
            </w:r>
            <w:r>
              <w:rPr>
                <w:b/>
                <w:color w:val="AA8240"/>
                <w:sz w:val="19"/>
              </w:rPr>
              <w:t xml:space="preserve">  *</w:t>
            </w:r>
            <w:r>
              <w:rPr>
                <w:color w:val="D8D5CA"/>
                <w:sz w:val="19"/>
                <w:u w:val="single"/>
              </w:rPr>
              <w:t xml:space="preserve">                                                                        </w:t>
            </w:r>
          </w:p>
        </w:tc>
      </w:tr>
    </w:tbl>
    <w:p w14:paraId="38A6B099" w14:textId="77777777" w:rsidR="00C22698" w:rsidRDefault="00000000" w:rsidP="00277E3F">
      <w:pPr>
        <w:keepNext/>
        <w:shd w:val="clear" w:color="auto" w:fill="123D32"/>
        <w:spacing w:before="260" w:after="180" w:line="240" w:lineRule="auto"/>
      </w:pPr>
      <w:r>
        <w:rPr>
          <w:rFonts w:ascii="Noto Serif SC" w:eastAsia="Noto Serif SC" w:hAnsi="Noto Serif SC"/>
          <w:b/>
          <w:color w:val="FFFFFF"/>
          <w:sz w:val="25"/>
        </w:rPr>
        <w:t xml:space="preserve">  03   希望咨询的服务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C22698" w14:paraId="1DDBC56C" w14:textId="77777777">
        <w:trPr>
          <w:cantSplit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DD19F5E" w14:textId="77777777" w:rsidR="00C22698" w:rsidRDefault="00000000" w:rsidP="00277E3F">
            <w:pPr>
              <w:spacing w:after="0" w:line="240" w:lineRule="auto"/>
            </w:pPr>
            <w:r>
              <w:rPr>
                <w:b/>
                <w:color w:val="123D32"/>
                <w:sz w:val="19"/>
              </w:rPr>
              <w:t>希望咨询的服务</w:t>
            </w:r>
            <w:r>
              <w:rPr>
                <w:b/>
                <w:color w:val="AA8240"/>
                <w:sz w:val="19"/>
              </w:rPr>
              <w:t xml:space="preserve">  *</w:t>
            </w:r>
            <w:r>
              <w:rPr>
                <w:color w:val="D8D5CA"/>
                <w:sz w:val="19"/>
                <w:u w:val="single"/>
              </w:rPr>
              <w:t xml:space="preserve">                                                                        </w:t>
            </w:r>
          </w:p>
        </w:tc>
      </w:tr>
    </w:tbl>
    <w:p w14:paraId="133185D9" w14:textId="77777777" w:rsidR="00C22698" w:rsidRDefault="00000000" w:rsidP="00277E3F">
      <w:pPr>
        <w:keepNext/>
        <w:shd w:val="clear" w:color="auto" w:fill="123D32"/>
        <w:spacing w:before="260" w:after="180" w:line="240" w:lineRule="auto"/>
      </w:pPr>
      <w:r>
        <w:rPr>
          <w:rFonts w:ascii="Noto Serif SC" w:eastAsia="Noto Serif SC" w:hAnsi="Noto Serif SC"/>
          <w:b/>
          <w:color w:val="FFFFFF"/>
          <w:sz w:val="25"/>
        </w:rPr>
        <w:t xml:space="preserve">  04   孩子目前的情况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C22698" w14:paraId="2DC365BF" w14:textId="77777777">
        <w:trPr>
          <w:cantSplit/>
        </w:trPr>
        <w:tc>
          <w:tcPr>
            <w:tcW w:w="9360" w:type="dxa"/>
            <w:tcMar>
              <w:top w:w="110" w:type="dxa"/>
              <w:left w:w="150" w:type="dxa"/>
              <w:bottom w:w="120" w:type="dxa"/>
              <w:right w:w="150" w:type="dxa"/>
            </w:tcMar>
          </w:tcPr>
          <w:p w14:paraId="6DE87F7D" w14:textId="77777777" w:rsidR="00C22698" w:rsidRDefault="00000000" w:rsidP="00277E3F">
            <w:pPr>
              <w:spacing w:after="100" w:line="240" w:lineRule="auto"/>
              <w:rPr>
                <w:lang w:eastAsia="zh-CN"/>
              </w:rPr>
            </w:pPr>
            <w:r>
              <w:rPr>
                <w:b/>
                <w:color w:val="123D32"/>
                <w:sz w:val="19"/>
                <w:lang w:eastAsia="zh-CN"/>
              </w:rPr>
              <w:t>请简单介绍孩子目前的情况，以及您最希望通过这次咨询了解什么</w:t>
            </w:r>
            <w:r>
              <w:rPr>
                <w:b/>
                <w:color w:val="AA8240"/>
                <w:sz w:val="19"/>
                <w:lang w:eastAsia="zh-CN"/>
              </w:rPr>
              <w:t xml:space="preserve">  *</w:t>
            </w:r>
          </w:p>
          <w:p w14:paraId="57107773" w14:textId="041A24DF" w:rsidR="00C22698" w:rsidRDefault="00000000" w:rsidP="00277E3F">
            <w:pPr>
              <w:pBdr>
                <w:bottom w:val="single" w:sz="8" w:space="0" w:color="D8D5CA"/>
              </w:pBdr>
              <w:shd w:val="clear" w:color="auto" w:fill="FBFAF6"/>
              <w:spacing w:after="60" w:line="240" w:lineRule="auto"/>
              <w:rPr>
                <w:lang w:eastAsia="zh-CN"/>
              </w:rPr>
            </w:pPr>
            <w:r>
              <w:rPr>
                <w:color w:val="8A948F"/>
                <w:sz w:val="18"/>
                <w:lang w:eastAsia="zh-CN"/>
              </w:rPr>
              <w:t xml:space="preserve">  </w:t>
            </w:r>
          </w:p>
        </w:tc>
      </w:tr>
    </w:tbl>
    <w:p w14:paraId="3C232A9A" w14:textId="77777777" w:rsidR="00C22698" w:rsidRDefault="00000000" w:rsidP="00277E3F">
      <w:pPr>
        <w:keepNext/>
        <w:shd w:val="clear" w:color="auto" w:fill="123D32"/>
        <w:spacing w:before="260" w:after="180" w:line="240" w:lineRule="auto"/>
        <w:rPr>
          <w:lang w:eastAsia="zh-CN"/>
        </w:rPr>
      </w:pPr>
      <w:r>
        <w:rPr>
          <w:rFonts w:ascii="Noto Serif SC" w:eastAsia="Noto Serif SC" w:hAnsi="Noto Serif SC"/>
          <w:b/>
          <w:color w:val="FFFFFF"/>
          <w:sz w:val="25"/>
          <w:lang w:eastAsia="zh-CN"/>
        </w:rPr>
        <w:t xml:space="preserve">  05   告诉我们您希望安排咨询的时间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C22698" w14:paraId="4E4397DE" w14:textId="77777777">
        <w:trPr>
          <w:cantSplit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C262419" w14:textId="77777777" w:rsidR="00C22698" w:rsidRDefault="00000000" w:rsidP="00277E3F">
            <w:pPr>
              <w:spacing w:after="0" w:line="240" w:lineRule="auto"/>
              <w:rPr>
                <w:lang w:eastAsia="zh-CN"/>
              </w:rPr>
            </w:pPr>
            <w:r>
              <w:rPr>
                <w:b/>
                <w:color w:val="123D32"/>
                <w:sz w:val="19"/>
                <w:lang w:eastAsia="zh-CN"/>
              </w:rPr>
              <w:t>希望预约的日期和时间</w:t>
            </w:r>
            <w:r>
              <w:rPr>
                <w:b/>
                <w:color w:val="AA8240"/>
                <w:sz w:val="19"/>
                <w:lang w:eastAsia="zh-CN"/>
              </w:rPr>
              <w:t xml:space="preserve">  *</w:t>
            </w:r>
            <w:r>
              <w:rPr>
                <w:color w:val="D8D5CA"/>
                <w:sz w:val="19"/>
                <w:u w:val="single"/>
                <w:lang w:eastAsia="zh-CN"/>
              </w:rPr>
              <w:t xml:space="preserve">                                                                        </w:t>
            </w:r>
          </w:p>
        </w:tc>
      </w:tr>
    </w:tbl>
    <w:p w14:paraId="1225EFC0" w14:textId="77777777" w:rsidR="00C22698" w:rsidRDefault="00000000" w:rsidP="00277E3F">
      <w:pPr>
        <w:keepNext/>
        <w:shd w:val="clear" w:color="auto" w:fill="123D32"/>
        <w:spacing w:before="260" w:after="180" w:line="240" w:lineRule="auto"/>
      </w:pPr>
      <w:r>
        <w:rPr>
          <w:rFonts w:ascii="Noto Serif SC" w:eastAsia="Noto Serif SC" w:hAnsi="Noto Serif SC"/>
          <w:b/>
          <w:color w:val="FFFFFF"/>
          <w:sz w:val="25"/>
          <w:lang w:eastAsia="zh-CN"/>
        </w:rPr>
        <w:t xml:space="preserve">  </w:t>
      </w:r>
      <w:r>
        <w:rPr>
          <w:rFonts w:ascii="Noto Serif SC" w:eastAsia="Noto Serif SC" w:hAnsi="Noto Serif SC"/>
          <w:b/>
          <w:color w:val="FFFFFF"/>
          <w:sz w:val="25"/>
        </w:rPr>
        <w:t xml:space="preserve">06   </w:t>
      </w:r>
      <w:proofErr w:type="spellStart"/>
      <w:r>
        <w:rPr>
          <w:rFonts w:ascii="Noto Serif SC" w:eastAsia="Noto Serif SC" w:hAnsi="Noto Serif SC"/>
          <w:b/>
          <w:color w:val="FFFFFF"/>
          <w:sz w:val="25"/>
        </w:rPr>
        <w:t>希望的联系方式</w:t>
      </w:r>
      <w:proofErr w:type="spellEnd"/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C22698" w14:paraId="3457F33C" w14:textId="77777777">
        <w:trPr>
          <w:cantSplit/>
        </w:trPr>
        <w:tc>
          <w:tcPr>
            <w:tcW w:w="9360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46B52E5" w14:textId="77777777" w:rsidR="00C22698" w:rsidRDefault="00000000">
            <w:pPr>
              <w:spacing w:after="0"/>
              <w:rPr>
                <w:lang w:eastAsia="zh-CN"/>
              </w:rPr>
            </w:pPr>
            <w:r>
              <w:rPr>
                <w:b/>
                <w:color w:val="123D32"/>
                <w:sz w:val="19"/>
                <w:lang w:eastAsia="zh-CN"/>
              </w:rPr>
              <w:t>希望的联系方式</w:t>
            </w:r>
            <w:r>
              <w:rPr>
                <w:b/>
                <w:color w:val="AA8240"/>
                <w:sz w:val="19"/>
                <w:lang w:eastAsia="zh-CN"/>
              </w:rPr>
              <w:t xml:space="preserve">  *</w:t>
            </w:r>
            <w:r>
              <w:rPr>
                <w:color w:val="68766F"/>
                <w:sz w:val="16"/>
                <w:lang w:eastAsia="zh-CN"/>
              </w:rPr>
              <w:t xml:space="preserve">  （微信／电话／电子邮件）</w:t>
            </w:r>
            <w:r>
              <w:rPr>
                <w:color w:val="D8D5CA"/>
                <w:sz w:val="19"/>
                <w:u w:val="single"/>
                <w:lang w:eastAsia="zh-CN"/>
              </w:rPr>
              <w:t xml:space="preserve">                                                                        </w:t>
            </w:r>
          </w:p>
        </w:tc>
      </w:tr>
    </w:tbl>
    <w:p w14:paraId="2D1B08AF" w14:textId="77777777" w:rsidR="00C22698" w:rsidRPr="00277E3F" w:rsidRDefault="00000000" w:rsidP="00277E3F">
      <w:pPr>
        <w:spacing w:after="0" w:line="240" w:lineRule="auto"/>
        <w:jc w:val="center"/>
        <w:rPr>
          <w:sz w:val="18"/>
          <w:szCs w:val="18"/>
          <w:lang w:eastAsia="zh-CN"/>
        </w:rPr>
      </w:pPr>
      <w:r w:rsidRPr="00277E3F">
        <w:rPr>
          <w:rFonts w:ascii="Noto Serif SC" w:eastAsia="Noto Serif SC" w:hAnsi="Noto Serif SC"/>
          <w:b/>
          <w:color w:val="123D32"/>
          <w:sz w:val="18"/>
          <w:szCs w:val="18"/>
          <w:lang w:eastAsia="zh-CN"/>
        </w:rPr>
        <w:t>填写完成后，请将报名表发送给我们</w:t>
      </w:r>
    </w:p>
    <w:p w14:paraId="6026B4BB" w14:textId="568D33E5" w:rsidR="00277E3F" w:rsidRPr="00277E3F" w:rsidRDefault="00000000" w:rsidP="00277E3F">
      <w:pPr>
        <w:spacing w:after="0" w:line="240" w:lineRule="auto"/>
        <w:jc w:val="center"/>
        <w:rPr>
          <w:sz w:val="18"/>
          <w:szCs w:val="18"/>
        </w:rPr>
      </w:pPr>
      <w:r w:rsidRPr="00277E3F">
        <w:rPr>
          <w:b/>
          <w:color w:val="AA8240"/>
          <w:sz w:val="18"/>
          <w:szCs w:val="18"/>
        </w:rPr>
        <w:t>官方微信助理号：TNUSA</w:t>
      </w:r>
      <w:r w:rsidR="006F7994" w:rsidRPr="00277E3F">
        <w:rPr>
          <w:b/>
          <w:color w:val="AA8240"/>
          <w:sz w:val="18"/>
          <w:szCs w:val="18"/>
        </w:rPr>
        <w:t>01</w:t>
      </w:r>
      <w:r w:rsidR="006F7994">
        <w:rPr>
          <w:b/>
          <w:color w:val="AA8240"/>
          <w:sz w:val="18"/>
          <w:szCs w:val="18"/>
          <w:lang w:eastAsia="zh-CN"/>
        </w:rPr>
        <w:t xml:space="preserve"> 电子邮箱</w:t>
      </w:r>
      <w:r w:rsidR="00277E3F" w:rsidRPr="00277E3F">
        <w:rPr>
          <w:b/>
          <w:color w:val="AA8240"/>
          <w:sz w:val="18"/>
          <w:szCs w:val="18"/>
        </w:rPr>
        <w:t>：hello@truenorthvista.com</w:t>
      </w:r>
    </w:p>
    <w:sectPr w:rsidR="00277E3F" w:rsidRPr="00277E3F" w:rsidSect="00034616">
      <w:headerReference w:type="default" r:id="rId8"/>
      <w:footerReference w:type="default" r:id="rId9"/>
      <w:pgSz w:w="12240" w:h="15840"/>
      <w:pgMar w:top="1181" w:right="1440" w:bottom="1123" w:left="1440" w:header="518" w:footer="6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83FBE" w14:textId="77777777" w:rsidR="008C1B99" w:rsidRDefault="008C1B99">
      <w:pPr>
        <w:spacing w:after="0" w:line="240" w:lineRule="auto"/>
      </w:pPr>
      <w:r>
        <w:separator/>
      </w:r>
    </w:p>
  </w:endnote>
  <w:endnote w:type="continuationSeparator" w:id="0">
    <w:p w14:paraId="7B81E11F" w14:textId="77777777" w:rsidR="008C1B99" w:rsidRDefault="008C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SC">
    <w:panose1 w:val="020B0200000000000000"/>
    <w:charset w:val="80"/>
    <w:family w:val="swiss"/>
    <w:pitch w:val="variable"/>
    <w:sig w:usb0="2000028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oto Serif SC">
    <w:panose1 w:val="02020200000000000000"/>
    <w:charset w:val="80"/>
    <w:family w:val="roman"/>
    <w:pitch w:val="variable"/>
    <w:sig w:usb0="2000028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7CF5" w14:textId="7EA58B41" w:rsidR="00C22698" w:rsidRDefault="00000000">
    <w:pPr>
      <w:pStyle w:val="Footer"/>
      <w:spacing w:before="80"/>
      <w:jc w:val="center"/>
    </w:pPr>
    <w:r>
      <w:rPr>
        <w:color w:val="68766F"/>
        <w:sz w:val="16"/>
      </w:rPr>
      <w:t xml:space="preserve">TrueNorth </w:t>
    </w:r>
    <w:proofErr w:type="spellStart"/>
    <w:proofErr w:type="gramStart"/>
    <w:r>
      <w:rPr>
        <w:color w:val="68766F"/>
        <w:sz w:val="16"/>
      </w:rPr>
      <w:t>明途顾问</w:t>
    </w:r>
    <w:proofErr w:type="spellEnd"/>
    <w:r>
      <w:rPr>
        <w:color w:val="68766F"/>
        <w:sz w:val="16"/>
      </w:rPr>
      <w:t xml:space="preserve">  ·</w:t>
    </w:r>
    <w:proofErr w:type="gramEnd"/>
    <w:r>
      <w:rPr>
        <w:color w:val="68766F"/>
        <w:sz w:val="16"/>
      </w:rPr>
      <w:t xml:space="preserve">  </w:t>
    </w:r>
    <w:r w:rsidR="006F7994">
      <w:rPr>
        <w:rFonts w:hint="eastAsia"/>
        <w:color w:val="68766F"/>
        <w:sz w:val="16"/>
        <w:lang w:eastAsia="zh-CN"/>
      </w:rPr>
      <w:t>www.truenorthvista.com</w:t>
    </w:r>
    <w:r>
      <w:rPr>
        <w:color w:val="68766F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B10AF" w14:textId="77777777" w:rsidR="008C1B99" w:rsidRDefault="008C1B99">
      <w:pPr>
        <w:spacing w:after="0" w:line="240" w:lineRule="auto"/>
      </w:pPr>
      <w:r>
        <w:separator/>
      </w:r>
    </w:p>
  </w:footnote>
  <w:footnote w:type="continuationSeparator" w:id="0">
    <w:p w14:paraId="321AC6C9" w14:textId="77777777" w:rsidR="008C1B99" w:rsidRDefault="008C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A0BE7" w14:textId="77777777" w:rsidR="00C22698" w:rsidRDefault="00C22698">
    <w:pPr>
      <w:pStyle w:val="Header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920"/>
      <w:gridCol w:w="8440"/>
    </w:tblGrid>
    <w:tr w:rsidR="00C22698" w14:paraId="616F920B" w14:textId="77777777">
      <w:trPr>
        <w:cantSplit/>
      </w:trPr>
      <w:tc>
        <w:tcPr>
          <w:tcW w:w="920" w:type="dxa"/>
          <w:shd w:val="clear" w:color="auto" w:fill="0C2E26"/>
          <w:tcMar>
            <w:top w:w="65" w:type="dxa"/>
            <w:left w:w="120" w:type="dxa"/>
            <w:bottom w:w="65" w:type="dxa"/>
            <w:right w:w="120" w:type="dxa"/>
          </w:tcMar>
          <w:vAlign w:val="center"/>
        </w:tcPr>
        <w:p w14:paraId="1F576719" w14:textId="77777777" w:rsidR="00C22698" w:rsidRDefault="00000000">
          <w:pPr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14F69C65" wp14:editId="53DA88AF">
                <wp:extent cx="310896" cy="31089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nav-ligh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0896" cy="310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0" w:type="dxa"/>
          <w:shd w:val="clear" w:color="auto" w:fill="0C2E26"/>
          <w:tcMar>
            <w:top w:w="65" w:type="dxa"/>
            <w:left w:w="120" w:type="dxa"/>
            <w:bottom w:w="65" w:type="dxa"/>
            <w:right w:w="120" w:type="dxa"/>
          </w:tcMar>
          <w:vAlign w:val="center"/>
        </w:tcPr>
        <w:p w14:paraId="771AFD2D" w14:textId="77777777" w:rsidR="00C22698" w:rsidRDefault="00000000">
          <w:pPr>
            <w:spacing w:after="0"/>
          </w:pPr>
          <w:r>
            <w:rPr>
              <w:rFonts w:ascii="Noto Serif SC" w:eastAsia="Noto Serif SC" w:hAnsi="Noto Serif SC"/>
              <w:b/>
              <w:color w:val="FFFFFF"/>
              <w:sz w:val="24"/>
            </w:rPr>
            <w:t xml:space="preserve">TrueNorth </w:t>
          </w:r>
          <w:proofErr w:type="spellStart"/>
          <w:r>
            <w:rPr>
              <w:rFonts w:ascii="Noto Serif SC" w:eastAsia="Noto Serif SC" w:hAnsi="Noto Serif SC"/>
              <w:b/>
              <w:color w:val="FFFFFF"/>
              <w:sz w:val="24"/>
            </w:rPr>
            <w:t>明途顾问</w:t>
          </w:r>
          <w:proofErr w:type="spellEnd"/>
          <w:r>
            <w:rPr>
              <w:b/>
              <w:color w:val="DCC89E"/>
              <w:sz w:val="15"/>
            </w:rPr>
            <w:t xml:space="preserve">   FIND YOUR DIRECTION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3652483">
    <w:abstractNumId w:val="8"/>
  </w:num>
  <w:num w:numId="2" w16cid:durableId="1358388892">
    <w:abstractNumId w:val="6"/>
  </w:num>
  <w:num w:numId="3" w16cid:durableId="691762418">
    <w:abstractNumId w:val="5"/>
  </w:num>
  <w:num w:numId="4" w16cid:durableId="165557979">
    <w:abstractNumId w:val="4"/>
  </w:num>
  <w:num w:numId="5" w16cid:durableId="1907376984">
    <w:abstractNumId w:val="7"/>
  </w:num>
  <w:num w:numId="6" w16cid:durableId="428238597">
    <w:abstractNumId w:val="3"/>
  </w:num>
  <w:num w:numId="7" w16cid:durableId="333652585">
    <w:abstractNumId w:val="2"/>
  </w:num>
  <w:num w:numId="8" w16cid:durableId="832336639">
    <w:abstractNumId w:val="1"/>
  </w:num>
  <w:num w:numId="9" w16cid:durableId="104675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7E3F"/>
    <w:rsid w:val="0029639D"/>
    <w:rsid w:val="00324796"/>
    <w:rsid w:val="00326F90"/>
    <w:rsid w:val="006F7994"/>
    <w:rsid w:val="008C1B99"/>
    <w:rsid w:val="00AA1D8D"/>
    <w:rsid w:val="00B47730"/>
    <w:rsid w:val="00C2269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817C1F"/>
  <w14:defaultImageDpi w14:val="300"/>
  <w15:docId w15:val="{0358B2FB-DC95-4E67-AC1E-0D77667AD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Noto Sans SC" w:eastAsia="Noto Sans SC" w:hAnsi="Noto Sans SC"/>
      <w:color w:val="173E34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123D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123D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23D3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明途顾问报名表</dc:title>
  <dc:subject>TrueNorth 明途顾问免费初次咨询报名表</dc:subject>
  <dc:creator>TrueNorth 明途顾问</dc:creator>
  <cp:keywords>明途顾问, 初次咨询, 报名表</cp:keywords>
  <dc:description>generated by python-docx</dc:description>
  <cp:lastModifiedBy>Tingting Lan</cp:lastModifiedBy>
  <cp:revision>3</cp:revision>
  <dcterms:created xsi:type="dcterms:W3CDTF">2013-12-23T23:15:00Z</dcterms:created>
  <dcterms:modified xsi:type="dcterms:W3CDTF">2026-08-05T18:19:00Z</dcterms:modified>
  <cp:category/>
</cp:coreProperties>
</file>